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8856A" w14:textId="77777777" w:rsidR="00614D58" w:rsidRDefault="00CE218A">
      <w:pPr>
        <w:jc w:val="center"/>
      </w:pPr>
      <w:r>
        <w:rPr>
          <w:b/>
          <w:sz w:val="30"/>
        </w:rPr>
        <w:t>VMKMC CHOREOGRAFIJOS MOKYKLA „NUOTAIKA“</w:t>
      </w:r>
    </w:p>
    <w:p w14:paraId="76E3191C" w14:textId="77777777" w:rsidR="00614D58" w:rsidRDefault="00CE218A">
      <w:pPr>
        <w:jc w:val="center"/>
      </w:pPr>
      <w:r>
        <w:rPr>
          <w:b/>
          <w:sz w:val="24"/>
        </w:rPr>
        <w:t>Užsiėmimų tvarkaraštis 2026–2027 m. m.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1662"/>
        <w:gridCol w:w="1612"/>
        <w:gridCol w:w="3713"/>
        <w:gridCol w:w="2162"/>
        <w:gridCol w:w="2287"/>
      </w:tblGrid>
      <w:tr w:rsidR="00614D58" w14:paraId="3FA943B5" w14:textId="77777777">
        <w:trPr>
          <w:jc w:val="center"/>
        </w:trPr>
        <w:tc>
          <w:tcPr>
            <w:tcW w:w="1701" w:type="dxa"/>
          </w:tcPr>
          <w:p w14:paraId="01472CB4" w14:textId="77777777" w:rsidR="00614D58" w:rsidRDefault="00CE218A">
            <w:pPr>
              <w:jc w:val="center"/>
            </w:pPr>
            <w:r>
              <w:rPr>
                <w:b/>
              </w:rPr>
              <w:t>Programa</w:t>
            </w:r>
          </w:p>
        </w:tc>
        <w:tc>
          <w:tcPr>
            <w:tcW w:w="1701" w:type="dxa"/>
          </w:tcPr>
          <w:p w14:paraId="228AADAA" w14:textId="77777777" w:rsidR="00614D58" w:rsidRDefault="00CE218A">
            <w:pPr>
              <w:jc w:val="center"/>
            </w:pPr>
            <w:r>
              <w:rPr>
                <w:b/>
              </w:rPr>
              <w:t>Grupė</w:t>
            </w:r>
          </w:p>
        </w:tc>
        <w:tc>
          <w:tcPr>
            <w:tcW w:w="3969" w:type="dxa"/>
          </w:tcPr>
          <w:p w14:paraId="3D35160C" w14:textId="77777777" w:rsidR="00614D58" w:rsidRDefault="00CE218A">
            <w:pPr>
              <w:jc w:val="center"/>
            </w:pPr>
            <w:r>
              <w:rPr>
                <w:b/>
              </w:rPr>
              <w:t>Užsiėmimų laikas</w:t>
            </w:r>
          </w:p>
        </w:tc>
        <w:tc>
          <w:tcPr>
            <w:tcW w:w="2268" w:type="dxa"/>
          </w:tcPr>
          <w:p w14:paraId="389B8DAF" w14:textId="77777777" w:rsidR="00614D58" w:rsidRDefault="00CE218A">
            <w:pPr>
              <w:jc w:val="center"/>
            </w:pPr>
            <w:r>
              <w:rPr>
                <w:b/>
              </w:rPr>
              <w:t>Užsiėmimų vieta</w:t>
            </w:r>
          </w:p>
        </w:tc>
        <w:tc>
          <w:tcPr>
            <w:tcW w:w="2381" w:type="dxa"/>
          </w:tcPr>
          <w:p w14:paraId="42974119" w14:textId="77777777" w:rsidR="00614D58" w:rsidRDefault="00CE218A">
            <w:pPr>
              <w:jc w:val="center"/>
            </w:pPr>
            <w:r>
              <w:rPr>
                <w:b/>
              </w:rPr>
              <w:t>Mokytojas</w:t>
            </w:r>
          </w:p>
        </w:tc>
      </w:tr>
      <w:tr w:rsidR="00614D58" w14:paraId="69AF28B6" w14:textId="77777777">
        <w:trPr>
          <w:jc w:val="center"/>
        </w:trPr>
        <w:tc>
          <w:tcPr>
            <w:tcW w:w="1701" w:type="dxa"/>
            <w:vAlign w:val="center"/>
          </w:tcPr>
          <w:p w14:paraId="5B97589C" w14:textId="77777777" w:rsidR="00614D58" w:rsidRDefault="00CE218A">
            <w:r>
              <w:rPr>
                <w:sz w:val="15"/>
              </w:rPr>
              <w:t>ANKSTYVASIS UGDYMAS</w:t>
            </w:r>
          </w:p>
        </w:tc>
        <w:tc>
          <w:tcPr>
            <w:tcW w:w="1701" w:type="dxa"/>
            <w:vAlign w:val="center"/>
          </w:tcPr>
          <w:p w14:paraId="582F3B0D" w14:textId="77777777" w:rsidR="00614D58" w:rsidRDefault="00CE218A">
            <w:r>
              <w:rPr>
                <w:sz w:val="15"/>
              </w:rPr>
              <w:t>0 ankst. grupė (3–5 m.)</w:t>
            </w:r>
          </w:p>
        </w:tc>
        <w:tc>
          <w:tcPr>
            <w:tcW w:w="3969" w:type="dxa"/>
            <w:vAlign w:val="center"/>
          </w:tcPr>
          <w:p w14:paraId="26F94E85" w14:textId="77777777" w:rsidR="00614D58" w:rsidRDefault="00CE218A">
            <w:r>
              <w:rPr>
                <w:sz w:val="15"/>
              </w:rPr>
              <w:t>Šešt. 9:25–10:00</w:t>
            </w:r>
          </w:p>
        </w:tc>
        <w:tc>
          <w:tcPr>
            <w:tcW w:w="2268" w:type="dxa"/>
            <w:vAlign w:val="center"/>
          </w:tcPr>
          <w:p w14:paraId="45461444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2C844747" w14:textId="77777777" w:rsidR="00614D58" w:rsidRDefault="00CE218A">
            <w:r>
              <w:rPr>
                <w:sz w:val="15"/>
              </w:rPr>
              <w:t>Julija Marazienė</w:t>
            </w:r>
          </w:p>
        </w:tc>
      </w:tr>
      <w:tr w:rsidR="00614D58" w14:paraId="6FE34E8B" w14:textId="77777777">
        <w:trPr>
          <w:jc w:val="center"/>
        </w:trPr>
        <w:tc>
          <w:tcPr>
            <w:tcW w:w="1701" w:type="dxa"/>
            <w:vAlign w:val="center"/>
          </w:tcPr>
          <w:p w14:paraId="7FB9B79D" w14:textId="77777777" w:rsidR="00614D58" w:rsidRDefault="00CE218A">
            <w:r>
              <w:rPr>
                <w:sz w:val="15"/>
              </w:rPr>
              <w:t>ANKSTYVASIS UGDYMAS</w:t>
            </w:r>
          </w:p>
        </w:tc>
        <w:tc>
          <w:tcPr>
            <w:tcW w:w="1701" w:type="dxa"/>
            <w:vAlign w:val="center"/>
          </w:tcPr>
          <w:p w14:paraId="12C5F8A6" w14:textId="77777777" w:rsidR="00614D58" w:rsidRDefault="00CE218A">
            <w:r>
              <w:rPr>
                <w:sz w:val="15"/>
              </w:rPr>
              <w:t>0 ankst. grupė (3–5 m.)</w:t>
            </w:r>
          </w:p>
        </w:tc>
        <w:tc>
          <w:tcPr>
            <w:tcW w:w="3969" w:type="dxa"/>
            <w:vAlign w:val="center"/>
          </w:tcPr>
          <w:p w14:paraId="4FE0C076" w14:textId="77777777" w:rsidR="00614D58" w:rsidRDefault="00CE218A">
            <w:r>
              <w:rPr>
                <w:sz w:val="15"/>
              </w:rPr>
              <w:t>Šešt. 10:00–10:35</w:t>
            </w:r>
          </w:p>
        </w:tc>
        <w:tc>
          <w:tcPr>
            <w:tcW w:w="2268" w:type="dxa"/>
            <w:vAlign w:val="center"/>
          </w:tcPr>
          <w:p w14:paraId="7C4445A1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62303EBA" w14:textId="77777777" w:rsidR="00614D58" w:rsidRDefault="00CE218A">
            <w:r>
              <w:rPr>
                <w:sz w:val="15"/>
              </w:rPr>
              <w:t>Julija Marazienė</w:t>
            </w:r>
          </w:p>
        </w:tc>
      </w:tr>
      <w:tr w:rsidR="00614D58" w14:paraId="7BC278E6" w14:textId="77777777">
        <w:trPr>
          <w:jc w:val="center"/>
        </w:trPr>
        <w:tc>
          <w:tcPr>
            <w:tcW w:w="1701" w:type="dxa"/>
            <w:vAlign w:val="center"/>
          </w:tcPr>
          <w:p w14:paraId="7E4916B0" w14:textId="77777777" w:rsidR="00614D58" w:rsidRDefault="00CE218A">
            <w:r>
              <w:rPr>
                <w:sz w:val="15"/>
              </w:rPr>
              <w:t>ANKSTYVASIS UGDYMAS</w:t>
            </w:r>
          </w:p>
        </w:tc>
        <w:tc>
          <w:tcPr>
            <w:tcW w:w="1701" w:type="dxa"/>
            <w:vAlign w:val="center"/>
          </w:tcPr>
          <w:p w14:paraId="54F8693A" w14:textId="77777777" w:rsidR="00614D58" w:rsidRDefault="00CE218A">
            <w:r>
              <w:rPr>
                <w:sz w:val="15"/>
              </w:rPr>
              <w:t>1 ankst. grupė (5–7 m.)</w:t>
            </w:r>
          </w:p>
        </w:tc>
        <w:tc>
          <w:tcPr>
            <w:tcW w:w="3969" w:type="dxa"/>
            <w:vAlign w:val="center"/>
          </w:tcPr>
          <w:p w14:paraId="58E9C9AF" w14:textId="77777777" w:rsidR="00614D58" w:rsidRDefault="00CE218A">
            <w:r>
              <w:rPr>
                <w:sz w:val="15"/>
              </w:rPr>
              <w:t>Pr. 18:45–19:30; Treč. 18:45–19:30</w:t>
            </w:r>
          </w:p>
        </w:tc>
        <w:tc>
          <w:tcPr>
            <w:tcW w:w="2268" w:type="dxa"/>
            <w:vAlign w:val="center"/>
          </w:tcPr>
          <w:p w14:paraId="1BEB22D5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26A3FA35" w14:textId="77777777" w:rsidR="00614D58" w:rsidRDefault="00CE218A">
            <w:r>
              <w:rPr>
                <w:sz w:val="15"/>
              </w:rPr>
              <w:t>Julija Marazienė</w:t>
            </w:r>
          </w:p>
        </w:tc>
      </w:tr>
      <w:tr w:rsidR="00614D58" w14:paraId="70B67C8E" w14:textId="77777777">
        <w:trPr>
          <w:jc w:val="center"/>
        </w:trPr>
        <w:tc>
          <w:tcPr>
            <w:tcW w:w="1701" w:type="dxa"/>
            <w:vAlign w:val="center"/>
          </w:tcPr>
          <w:p w14:paraId="6EA511DA" w14:textId="77777777" w:rsidR="00614D58" w:rsidRDefault="00CE218A">
            <w:r>
              <w:rPr>
                <w:sz w:val="15"/>
              </w:rPr>
              <w:t>ANKSTYVASIS UGDYMAS</w:t>
            </w:r>
          </w:p>
        </w:tc>
        <w:tc>
          <w:tcPr>
            <w:tcW w:w="1701" w:type="dxa"/>
            <w:vAlign w:val="center"/>
          </w:tcPr>
          <w:p w14:paraId="4DAAD39A" w14:textId="77777777" w:rsidR="00614D58" w:rsidRDefault="00CE218A">
            <w:r>
              <w:rPr>
                <w:sz w:val="15"/>
              </w:rPr>
              <w:t>2 ankst. grupė (5–7 m.)</w:t>
            </w:r>
          </w:p>
        </w:tc>
        <w:tc>
          <w:tcPr>
            <w:tcW w:w="3969" w:type="dxa"/>
            <w:vAlign w:val="center"/>
          </w:tcPr>
          <w:p w14:paraId="2D849B14" w14:textId="77777777" w:rsidR="00614D58" w:rsidRDefault="00CE218A">
            <w:r>
              <w:rPr>
                <w:sz w:val="15"/>
              </w:rPr>
              <w:t>Pr. 19:30–20:15; Treč. 19:30–20:15</w:t>
            </w:r>
          </w:p>
        </w:tc>
        <w:tc>
          <w:tcPr>
            <w:tcW w:w="2268" w:type="dxa"/>
            <w:vAlign w:val="center"/>
          </w:tcPr>
          <w:p w14:paraId="533E29D4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12D78282" w14:textId="77777777" w:rsidR="00614D58" w:rsidRDefault="00CE218A">
            <w:r>
              <w:rPr>
                <w:sz w:val="15"/>
              </w:rPr>
              <w:t>Julija Marazienė</w:t>
            </w:r>
          </w:p>
        </w:tc>
      </w:tr>
      <w:tr w:rsidR="00614D58" w14:paraId="27554220" w14:textId="77777777">
        <w:trPr>
          <w:jc w:val="center"/>
        </w:trPr>
        <w:tc>
          <w:tcPr>
            <w:tcW w:w="1701" w:type="dxa"/>
            <w:vAlign w:val="center"/>
          </w:tcPr>
          <w:p w14:paraId="23D550CB" w14:textId="77777777" w:rsidR="00614D58" w:rsidRDefault="00CE218A">
            <w:r>
              <w:rPr>
                <w:sz w:val="15"/>
              </w:rPr>
              <w:t>ANKSTYVASIS UGDYMAS</w:t>
            </w:r>
          </w:p>
        </w:tc>
        <w:tc>
          <w:tcPr>
            <w:tcW w:w="1701" w:type="dxa"/>
            <w:vAlign w:val="center"/>
          </w:tcPr>
          <w:p w14:paraId="4989434D" w14:textId="77777777" w:rsidR="00614D58" w:rsidRDefault="00CE218A">
            <w:r>
              <w:rPr>
                <w:sz w:val="15"/>
              </w:rPr>
              <w:t>3 ankst. grupė (5–7 m.)</w:t>
            </w:r>
          </w:p>
        </w:tc>
        <w:tc>
          <w:tcPr>
            <w:tcW w:w="3969" w:type="dxa"/>
            <w:vAlign w:val="center"/>
          </w:tcPr>
          <w:p w14:paraId="31E7CCB9" w14:textId="77777777" w:rsidR="00614D58" w:rsidRDefault="00CE218A">
            <w:r>
              <w:rPr>
                <w:sz w:val="15"/>
              </w:rPr>
              <w:t>Antr. 18:15–19:00; Ketv. 18:15–19:00</w:t>
            </w:r>
          </w:p>
        </w:tc>
        <w:tc>
          <w:tcPr>
            <w:tcW w:w="2268" w:type="dxa"/>
            <w:vAlign w:val="center"/>
          </w:tcPr>
          <w:p w14:paraId="24A59054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7E9EA60D" w14:textId="77777777" w:rsidR="00614D58" w:rsidRDefault="00CE218A">
            <w:r>
              <w:rPr>
                <w:sz w:val="15"/>
              </w:rPr>
              <w:t>Inga Tamašauskaitė</w:t>
            </w:r>
          </w:p>
        </w:tc>
      </w:tr>
      <w:tr w:rsidR="00614D58" w14:paraId="58BA34C4" w14:textId="77777777">
        <w:trPr>
          <w:jc w:val="center"/>
        </w:trPr>
        <w:tc>
          <w:tcPr>
            <w:tcW w:w="1701" w:type="dxa"/>
            <w:vAlign w:val="center"/>
          </w:tcPr>
          <w:p w14:paraId="0CD693C7" w14:textId="77777777" w:rsidR="00614D58" w:rsidRDefault="00CE218A">
            <w:r>
              <w:rPr>
                <w:sz w:val="15"/>
              </w:rPr>
              <w:t>ANKSTYVASIS UGDYMAS</w:t>
            </w:r>
          </w:p>
        </w:tc>
        <w:tc>
          <w:tcPr>
            <w:tcW w:w="1701" w:type="dxa"/>
            <w:vAlign w:val="center"/>
          </w:tcPr>
          <w:p w14:paraId="1EEFFE14" w14:textId="77777777" w:rsidR="00614D58" w:rsidRDefault="00CE218A">
            <w:r>
              <w:rPr>
                <w:sz w:val="15"/>
              </w:rPr>
              <w:t>4 ankst. grupė (5–7 m.)</w:t>
            </w:r>
          </w:p>
        </w:tc>
        <w:tc>
          <w:tcPr>
            <w:tcW w:w="3969" w:type="dxa"/>
            <w:vAlign w:val="center"/>
          </w:tcPr>
          <w:p w14:paraId="77F3155C" w14:textId="77777777" w:rsidR="00614D58" w:rsidRDefault="00CE218A">
            <w:r>
              <w:rPr>
                <w:sz w:val="15"/>
              </w:rPr>
              <w:t>Antr. 19:00–19:45; Ketv. 19:00–19:45</w:t>
            </w:r>
          </w:p>
        </w:tc>
        <w:tc>
          <w:tcPr>
            <w:tcW w:w="2268" w:type="dxa"/>
            <w:vAlign w:val="center"/>
          </w:tcPr>
          <w:p w14:paraId="4387714B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3E12224A" w14:textId="77777777" w:rsidR="00614D58" w:rsidRDefault="00CE218A">
            <w:r>
              <w:rPr>
                <w:sz w:val="15"/>
              </w:rPr>
              <w:t>Inga Tamašauskaitė</w:t>
            </w:r>
          </w:p>
        </w:tc>
      </w:tr>
      <w:tr w:rsidR="00614D58" w14:paraId="1217B722" w14:textId="77777777">
        <w:trPr>
          <w:jc w:val="center"/>
        </w:trPr>
        <w:tc>
          <w:tcPr>
            <w:tcW w:w="1701" w:type="dxa"/>
            <w:vAlign w:val="center"/>
          </w:tcPr>
          <w:p w14:paraId="7A8732C5" w14:textId="77777777" w:rsidR="00614D58" w:rsidRDefault="00CE218A">
            <w:r>
              <w:rPr>
                <w:sz w:val="15"/>
              </w:rPr>
              <w:t>ANKSTYVASIS UGDYMAS</w:t>
            </w:r>
          </w:p>
        </w:tc>
        <w:tc>
          <w:tcPr>
            <w:tcW w:w="1701" w:type="dxa"/>
            <w:vAlign w:val="center"/>
          </w:tcPr>
          <w:p w14:paraId="2FB39B2A" w14:textId="77777777" w:rsidR="00614D58" w:rsidRDefault="00CE218A">
            <w:r>
              <w:rPr>
                <w:sz w:val="15"/>
              </w:rPr>
              <w:t>5 ankst. grupė (6 m.)</w:t>
            </w:r>
          </w:p>
        </w:tc>
        <w:tc>
          <w:tcPr>
            <w:tcW w:w="3969" w:type="dxa"/>
            <w:vAlign w:val="center"/>
          </w:tcPr>
          <w:p w14:paraId="18546DCE" w14:textId="77777777" w:rsidR="00614D58" w:rsidRDefault="00CE218A">
            <w:r>
              <w:rPr>
                <w:sz w:val="15"/>
              </w:rPr>
              <w:t>Antr. 18:30–19:15; Treč. 18:30–19:15; Ketv. 18:30–19:15</w:t>
            </w:r>
          </w:p>
        </w:tc>
        <w:tc>
          <w:tcPr>
            <w:tcW w:w="2268" w:type="dxa"/>
            <w:vAlign w:val="center"/>
          </w:tcPr>
          <w:p w14:paraId="7A053F9D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36666AB0" w14:textId="77777777" w:rsidR="00614D58" w:rsidRDefault="00CE218A">
            <w:r>
              <w:rPr>
                <w:sz w:val="15"/>
              </w:rPr>
              <w:t>Inga Kibildienė</w:t>
            </w:r>
          </w:p>
        </w:tc>
      </w:tr>
      <w:tr w:rsidR="00614D58" w14:paraId="0C12851B" w14:textId="77777777">
        <w:trPr>
          <w:jc w:val="center"/>
        </w:trPr>
        <w:tc>
          <w:tcPr>
            <w:tcW w:w="1701" w:type="dxa"/>
            <w:vAlign w:val="center"/>
          </w:tcPr>
          <w:p w14:paraId="32D95AFC" w14:textId="77777777" w:rsidR="00614D58" w:rsidRDefault="00CE218A">
            <w:r>
              <w:rPr>
                <w:sz w:val="15"/>
              </w:rPr>
              <w:t>FŠPU PRADINIS</w:t>
            </w:r>
          </w:p>
        </w:tc>
        <w:tc>
          <w:tcPr>
            <w:tcW w:w="1701" w:type="dxa"/>
            <w:vAlign w:val="center"/>
          </w:tcPr>
          <w:p w14:paraId="578441E6" w14:textId="77777777" w:rsidR="00614D58" w:rsidRDefault="00CE218A">
            <w:r>
              <w:rPr>
                <w:sz w:val="15"/>
              </w:rPr>
              <w:t>1 grupė</w:t>
            </w:r>
          </w:p>
        </w:tc>
        <w:tc>
          <w:tcPr>
            <w:tcW w:w="3969" w:type="dxa"/>
            <w:vAlign w:val="center"/>
          </w:tcPr>
          <w:p w14:paraId="07E0F1EB" w14:textId="77777777" w:rsidR="00614D58" w:rsidRDefault="00CE218A">
            <w:r>
              <w:rPr>
                <w:sz w:val="15"/>
              </w:rPr>
              <w:t>Pr. 16:30–18:15; Treč. 16:30–18:15; Šešt. 10:35–11:35</w:t>
            </w:r>
          </w:p>
        </w:tc>
        <w:tc>
          <w:tcPr>
            <w:tcW w:w="2268" w:type="dxa"/>
            <w:vAlign w:val="center"/>
          </w:tcPr>
          <w:p w14:paraId="5BAD8449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2AB8BC0A" w14:textId="77777777" w:rsidR="00614D58" w:rsidRDefault="00CE218A">
            <w:r>
              <w:rPr>
                <w:sz w:val="15"/>
              </w:rPr>
              <w:t>Julija Marazienė</w:t>
            </w:r>
          </w:p>
        </w:tc>
      </w:tr>
      <w:tr w:rsidR="00614D58" w14:paraId="30F03E56" w14:textId="77777777">
        <w:trPr>
          <w:jc w:val="center"/>
        </w:trPr>
        <w:tc>
          <w:tcPr>
            <w:tcW w:w="1701" w:type="dxa"/>
            <w:vAlign w:val="center"/>
          </w:tcPr>
          <w:p w14:paraId="3D891C80" w14:textId="77777777" w:rsidR="00614D58" w:rsidRDefault="00CE218A">
            <w:r>
              <w:rPr>
                <w:sz w:val="15"/>
              </w:rPr>
              <w:t>FŠPU PRADINIS</w:t>
            </w:r>
          </w:p>
        </w:tc>
        <w:tc>
          <w:tcPr>
            <w:tcW w:w="1701" w:type="dxa"/>
            <w:vAlign w:val="center"/>
          </w:tcPr>
          <w:p w14:paraId="50171D1C" w14:textId="77777777" w:rsidR="00614D58" w:rsidRDefault="00CE218A">
            <w:r>
              <w:rPr>
                <w:sz w:val="15"/>
              </w:rPr>
              <w:t>2 grupė</w:t>
            </w:r>
          </w:p>
        </w:tc>
        <w:tc>
          <w:tcPr>
            <w:tcW w:w="3969" w:type="dxa"/>
            <w:vAlign w:val="center"/>
          </w:tcPr>
          <w:p w14:paraId="21C4A75F" w14:textId="77777777" w:rsidR="00614D58" w:rsidRDefault="00CE218A">
            <w:r>
              <w:rPr>
                <w:sz w:val="15"/>
              </w:rPr>
              <w:t>Antr. 18:30–20:00; Treč. 18:30–20:00; Ketv. 18:30–20:00</w:t>
            </w:r>
          </w:p>
        </w:tc>
        <w:tc>
          <w:tcPr>
            <w:tcW w:w="2268" w:type="dxa"/>
            <w:vAlign w:val="center"/>
          </w:tcPr>
          <w:p w14:paraId="1055A615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40D11A71" w14:textId="77777777" w:rsidR="00614D58" w:rsidRDefault="00CE218A">
            <w:r>
              <w:rPr>
                <w:sz w:val="15"/>
              </w:rPr>
              <w:t>Inga Kibildienė</w:t>
            </w:r>
          </w:p>
        </w:tc>
      </w:tr>
      <w:tr w:rsidR="00614D58" w14:paraId="09508F9F" w14:textId="77777777">
        <w:trPr>
          <w:jc w:val="center"/>
        </w:trPr>
        <w:tc>
          <w:tcPr>
            <w:tcW w:w="1701" w:type="dxa"/>
            <w:vAlign w:val="center"/>
          </w:tcPr>
          <w:p w14:paraId="0B94488E" w14:textId="77777777" w:rsidR="00614D58" w:rsidRDefault="00CE218A">
            <w:r>
              <w:rPr>
                <w:sz w:val="15"/>
              </w:rPr>
              <w:t>FŠPU PRADINIS</w:t>
            </w:r>
          </w:p>
        </w:tc>
        <w:tc>
          <w:tcPr>
            <w:tcW w:w="1701" w:type="dxa"/>
            <w:vAlign w:val="center"/>
          </w:tcPr>
          <w:p w14:paraId="52B024DC" w14:textId="77777777" w:rsidR="00614D58" w:rsidRDefault="00CE218A">
            <w:r>
              <w:rPr>
                <w:sz w:val="15"/>
              </w:rPr>
              <w:t>3–4 grupės</w:t>
            </w:r>
          </w:p>
        </w:tc>
        <w:tc>
          <w:tcPr>
            <w:tcW w:w="3969" w:type="dxa"/>
            <w:vAlign w:val="center"/>
          </w:tcPr>
          <w:p w14:paraId="4A82EB61" w14:textId="77777777" w:rsidR="00614D58" w:rsidRDefault="00CE218A">
            <w:r>
              <w:rPr>
                <w:sz w:val="15"/>
              </w:rPr>
              <w:t>Antr. 15:00–16:30; Ketv. 15:00–16:30</w:t>
            </w:r>
          </w:p>
        </w:tc>
        <w:tc>
          <w:tcPr>
            <w:tcW w:w="2268" w:type="dxa"/>
            <w:vAlign w:val="center"/>
          </w:tcPr>
          <w:p w14:paraId="1B8CD1D1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0459EFC8" w14:textId="77777777" w:rsidR="00614D58" w:rsidRDefault="00CE218A">
            <w:r>
              <w:rPr>
                <w:sz w:val="15"/>
              </w:rPr>
              <w:t>Inga Tamašauskaitė</w:t>
            </w:r>
          </w:p>
        </w:tc>
      </w:tr>
      <w:tr w:rsidR="00614D58" w14:paraId="69C684D2" w14:textId="77777777">
        <w:trPr>
          <w:jc w:val="center"/>
        </w:trPr>
        <w:tc>
          <w:tcPr>
            <w:tcW w:w="1701" w:type="dxa"/>
            <w:vAlign w:val="center"/>
          </w:tcPr>
          <w:p w14:paraId="72A27092" w14:textId="77777777" w:rsidR="00614D58" w:rsidRDefault="00CE218A">
            <w:r>
              <w:rPr>
                <w:sz w:val="15"/>
              </w:rPr>
              <w:t>FŠPU PRADINIS</w:t>
            </w:r>
          </w:p>
        </w:tc>
        <w:tc>
          <w:tcPr>
            <w:tcW w:w="1701" w:type="dxa"/>
            <w:vAlign w:val="center"/>
          </w:tcPr>
          <w:p w14:paraId="5CC57883" w14:textId="77777777" w:rsidR="00614D58" w:rsidRDefault="00CE218A">
            <w:r>
              <w:rPr>
                <w:sz w:val="15"/>
              </w:rPr>
              <w:t>3–4 grupės</w:t>
            </w:r>
          </w:p>
        </w:tc>
        <w:tc>
          <w:tcPr>
            <w:tcW w:w="3969" w:type="dxa"/>
            <w:vAlign w:val="center"/>
          </w:tcPr>
          <w:p w14:paraId="1EAD33F3" w14:textId="77777777" w:rsidR="00614D58" w:rsidRDefault="00CE218A">
            <w:r>
              <w:rPr>
                <w:sz w:val="15"/>
              </w:rPr>
              <w:t>Penkt. 14:45–16:30; Šešt. 9:00–10:30</w:t>
            </w:r>
          </w:p>
        </w:tc>
        <w:tc>
          <w:tcPr>
            <w:tcW w:w="2268" w:type="dxa"/>
            <w:vAlign w:val="center"/>
          </w:tcPr>
          <w:p w14:paraId="75AEBC81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4B8288CA" w14:textId="77777777" w:rsidR="00614D58" w:rsidRDefault="00CE218A">
            <w:r>
              <w:rPr>
                <w:sz w:val="15"/>
              </w:rPr>
              <w:t>Inga Tamašauskaitė</w:t>
            </w:r>
          </w:p>
        </w:tc>
      </w:tr>
      <w:tr w:rsidR="00614D58" w14:paraId="1B65D813" w14:textId="77777777">
        <w:trPr>
          <w:jc w:val="center"/>
        </w:trPr>
        <w:tc>
          <w:tcPr>
            <w:tcW w:w="1701" w:type="dxa"/>
            <w:vAlign w:val="center"/>
          </w:tcPr>
          <w:p w14:paraId="7FE26B84" w14:textId="77777777" w:rsidR="00614D58" w:rsidRDefault="00CE218A">
            <w:r>
              <w:rPr>
                <w:sz w:val="15"/>
              </w:rPr>
              <w:t>FŠPU PRADINIS</w:t>
            </w:r>
          </w:p>
        </w:tc>
        <w:tc>
          <w:tcPr>
            <w:tcW w:w="1701" w:type="dxa"/>
            <w:vAlign w:val="center"/>
          </w:tcPr>
          <w:p w14:paraId="2C439121" w14:textId="77777777" w:rsidR="00614D58" w:rsidRDefault="00CE218A">
            <w:r>
              <w:rPr>
                <w:sz w:val="15"/>
              </w:rPr>
              <w:t>5 grupė</w:t>
            </w:r>
          </w:p>
        </w:tc>
        <w:tc>
          <w:tcPr>
            <w:tcW w:w="3969" w:type="dxa"/>
            <w:vAlign w:val="center"/>
          </w:tcPr>
          <w:p w14:paraId="3723614D" w14:textId="77777777" w:rsidR="00614D58" w:rsidRDefault="00CE218A">
            <w:r>
              <w:rPr>
                <w:sz w:val="15"/>
              </w:rPr>
              <w:t>Pr. 15:00–16:30; Treč. 15:00–16:30; Penkt. 18:00–18:45; Šešt. 11:35–12:30</w:t>
            </w:r>
          </w:p>
        </w:tc>
        <w:tc>
          <w:tcPr>
            <w:tcW w:w="2268" w:type="dxa"/>
            <w:vAlign w:val="center"/>
          </w:tcPr>
          <w:p w14:paraId="6358974B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58B10DA8" w14:textId="77777777" w:rsidR="00614D58" w:rsidRDefault="00CE218A">
            <w:r>
              <w:rPr>
                <w:sz w:val="15"/>
              </w:rPr>
              <w:t>Julija Marazienė</w:t>
            </w:r>
          </w:p>
        </w:tc>
      </w:tr>
      <w:tr w:rsidR="00614D58" w14:paraId="32B166EA" w14:textId="77777777">
        <w:trPr>
          <w:jc w:val="center"/>
        </w:trPr>
        <w:tc>
          <w:tcPr>
            <w:tcW w:w="1701" w:type="dxa"/>
            <w:vAlign w:val="center"/>
          </w:tcPr>
          <w:p w14:paraId="2D1F15EA" w14:textId="77777777" w:rsidR="00614D58" w:rsidRDefault="00CE218A">
            <w:r>
              <w:rPr>
                <w:sz w:val="15"/>
              </w:rPr>
              <w:t>FŠPU PRADINIS</w:t>
            </w:r>
          </w:p>
        </w:tc>
        <w:tc>
          <w:tcPr>
            <w:tcW w:w="1701" w:type="dxa"/>
            <w:vAlign w:val="center"/>
          </w:tcPr>
          <w:p w14:paraId="1C9870A6" w14:textId="77777777" w:rsidR="00614D58" w:rsidRDefault="00CE218A">
            <w:r>
              <w:rPr>
                <w:sz w:val="15"/>
              </w:rPr>
              <w:t>6–7 grupė</w:t>
            </w:r>
          </w:p>
        </w:tc>
        <w:tc>
          <w:tcPr>
            <w:tcW w:w="3969" w:type="dxa"/>
            <w:vAlign w:val="center"/>
          </w:tcPr>
          <w:p w14:paraId="1F266474" w14:textId="77777777" w:rsidR="00614D58" w:rsidRDefault="00CE218A">
            <w:r>
              <w:rPr>
                <w:sz w:val="15"/>
              </w:rPr>
              <w:t>Antr. 15:00–16:30; Ketv. 15:00–16:30; Penkt. 18:45–20:00</w:t>
            </w:r>
          </w:p>
        </w:tc>
        <w:tc>
          <w:tcPr>
            <w:tcW w:w="2268" w:type="dxa"/>
            <w:vAlign w:val="center"/>
          </w:tcPr>
          <w:p w14:paraId="1EE868F2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550EC53C" w14:textId="77777777" w:rsidR="00614D58" w:rsidRDefault="00CE218A">
            <w:r>
              <w:rPr>
                <w:sz w:val="15"/>
              </w:rPr>
              <w:t>Julija Marazienė</w:t>
            </w:r>
          </w:p>
        </w:tc>
      </w:tr>
      <w:tr w:rsidR="00614D58" w14:paraId="6442D680" w14:textId="77777777">
        <w:trPr>
          <w:jc w:val="center"/>
        </w:trPr>
        <w:tc>
          <w:tcPr>
            <w:tcW w:w="1701" w:type="dxa"/>
            <w:vAlign w:val="center"/>
          </w:tcPr>
          <w:p w14:paraId="5AC5E9DC" w14:textId="77777777" w:rsidR="00614D58" w:rsidRDefault="00CE218A">
            <w:r>
              <w:rPr>
                <w:sz w:val="15"/>
              </w:rPr>
              <w:t>FŠPU PAGRINDINIS</w:t>
            </w:r>
          </w:p>
        </w:tc>
        <w:tc>
          <w:tcPr>
            <w:tcW w:w="1701" w:type="dxa"/>
            <w:vAlign w:val="center"/>
          </w:tcPr>
          <w:p w14:paraId="75A9885E" w14:textId="77777777" w:rsidR="00614D58" w:rsidRDefault="00CE218A">
            <w:r>
              <w:rPr>
                <w:sz w:val="15"/>
              </w:rPr>
              <w:t>8–9 grupės</w:t>
            </w:r>
          </w:p>
        </w:tc>
        <w:tc>
          <w:tcPr>
            <w:tcW w:w="3969" w:type="dxa"/>
            <w:vAlign w:val="center"/>
          </w:tcPr>
          <w:p w14:paraId="03E16A20" w14:textId="77777777" w:rsidR="00614D58" w:rsidRDefault="00CE218A">
            <w:r>
              <w:rPr>
                <w:sz w:val="15"/>
              </w:rPr>
              <w:t>Antr. 16:30–18:15; Ketv. 16:30–18:15; Šešt. 10:00–11:30</w:t>
            </w:r>
          </w:p>
        </w:tc>
        <w:tc>
          <w:tcPr>
            <w:tcW w:w="2268" w:type="dxa"/>
            <w:vAlign w:val="center"/>
          </w:tcPr>
          <w:p w14:paraId="79B0F75B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150E64EF" w14:textId="77777777" w:rsidR="00614D58" w:rsidRDefault="00CE218A">
            <w:r>
              <w:rPr>
                <w:sz w:val="15"/>
              </w:rPr>
              <w:t>Inga Tamašauskaitė</w:t>
            </w:r>
          </w:p>
        </w:tc>
      </w:tr>
      <w:tr w:rsidR="00614D58" w14:paraId="69BA6E26" w14:textId="77777777">
        <w:trPr>
          <w:jc w:val="center"/>
        </w:trPr>
        <w:tc>
          <w:tcPr>
            <w:tcW w:w="1701" w:type="dxa"/>
            <w:vAlign w:val="center"/>
          </w:tcPr>
          <w:p w14:paraId="732BD6BF" w14:textId="77777777" w:rsidR="00614D58" w:rsidRDefault="00CE218A">
            <w:r>
              <w:rPr>
                <w:sz w:val="15"/>
              </w:rPr>
              <w:t>FŠPU PAGRINDINIS</w:t>
            </w:r>
          </w:p>
        </w:tc>
        <w:tc>
          <w:tcPr>
            <w:tcW w:w="1701" w:type="dxa"/>
            <w:vAlign w:val="center"/>
          </w:tcPr>
          <w:p w14:paraId="73DA4CF4" w14:textId="77777777" w:rsidR="00614D58" w:rsidRDefault="00CE218A">
            <w:r>
              <w:rPr>
                <w:sz w:val="15"/>
              </w:rPr>
              <w:t>8–9 grupės</w:t>
            </w:r>
          </w:p>
        </w:tc>
        <w:tc>
          <w:tcPr>
            <w:tcW w:w="3969" w:type="dxa"/>
            <w:vAlign w:val="center"/>
          </w:tcPr>
          <w:p w14:paraId="18C71851" w14:textId="77777777" w:rsidR="00614D58" w:rsidRDefault="00CE218A">
            <w:r>
              <w:rPr>
                <w:sz w:val="15"/>
              </w:rPr>
              <w:t>Penkt. 16:30–18:00</w:t>
            </w:r>
          </w:p>
        </w:tc>
        <w:tc>
          <w:tcPr>
            <w:tcW w:w="2268" w:type="dxa"/>
            <w:vAlign w:val="center"/>
          </w:tcPr>
          <w:p w14:paraId="28FC8FA7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7C1FC44B" w14:textId="77777777" w:rsidR="00614D58" w:rsidRDefault="00CE218A">
            <w:r>
              <w:rPr>
                <w:sz w:val="15"/>
              </w:rPr>
              <w:t>Inga Tamašauskaitė</w:t>
            </w:r>
          </w:p>
        </w:tc>
      </w:tr>
      <w:tr w:rsidR="00614D58" w14:paraId="1F10327B" w14:textId="77777777">
        <w:trPr>
          <w:jc w:val="center"/>
        </w:trPr>
        <w:tc>
          <w:tcPr>
            <w:tcW w:w="1701" w:type="dxa"/>
            <w:vAlign w:val="center"/>
          </w:tcPr>
          <w:p w14:paraId="3020A037" w14:textId="77777777" w:rsidR="00614D58" w:rsidRDefault="00CE218A">
            <w:r>
              <w:rPr>
                <w:sz w:val="15"/>
              </w:rPr>
              <w:t>FŠPU PAGRINDINIS</w:t>
            </w:r>
          </w:p>
        </w:tc>
        <w:tc>
          <w:tcPr>
            <w:tcW w:w="1701" w:type="dxa"/>
            <w:vAlign w:val="center"/>
          </w:tcPr>
          <w:p w14:paraId="6EAF33D9" w14:textId="77777777" w:rsidR="00614D58" w:rsidRDefault="00CE218A">
            <w:r>
              <w:rPr>
                <w:sz w:val="15"/>
              </w:rPr>
              <w:t>10 grupė</w:t>
            </w:r>
          </w:p>
        </w:tc>
        <w:tc>
          <w:tcPr>
            <w:tcW w:w="3969" w:type="dxa"/>
            <w:vAlign w:val="center"/>
          </w:tcPr>
          <w:p w14:paraId="5264EBD0" w14:textId="77777777" w:rsidR="00614D58" w:rsidRDefault="00CE218A">
            <w:r>
              <w:rPr>
                <w:sz w:val="15"/>
              </w:rPr>
              <w:t>Pr. 18:15–20:00; Antr. 16:30–18:30; Ketv. 16:30–18:30</w:t>
            </w:r>
          </w:p>
        </w:tc>
        <w:tc>
          <w:tcPr>
            <w:tcW w:w="2268" w:type="dxa"/>
            <w:vAlign w:val="center"/>
          </w:tcPr>
          <w:p w14:paraId="04B77EA1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0E81A7D4" w14:textId="77777777" w:rsidR="00614D58" w:rsidRDefault="00CE218A">
            <w:r>
              <w:rPr>
                <w:sz w:val="15"/>
              </w:rPr>
              <w:t>Inga Kibildienė</w:t>
            </w:r>
          </w:p>
        </w:tc>
      </w:tr>
      <w:tr w:rsidR="00614D58" w14:paraId="51E8FE71" w14:textId="77777777">
        <w:trPr>
          <w:jc w:val="center"/>
        </w:trPr>
        <w:tc>
          <w:tcPr>
            <w:tcW w:w="1701" w:type="dxa"/>
            <w:vAlign w:val="center"/>
          </w:tcPr>
          <w:p w14:paraId="4B6D5094" w14:textId="77777777" w:rsidR="00614D58" w:rsidRDefault="00CE218A">
            <w:r>
              <w:rPr>
                <w:sz w:val="15"/>
              </w:rPr>
              <w:t>FŠPU PAGRINDINIS</w:t>
            </w:r>
          </w:p>
        </w:tc>
        <w:tc>
          <w:tcPr>
            <w:tcW w:w="1701" w:type="dxa"/>
            <w:vAlign w:val="center"/>
          </w:tcPr>
          <w:p w14:paraId="3BB92AF0" w14:textId="77777777" w:rsidR="00614D58" w:rsidRDefault="00CE218A">
            <w:r>
              <w:rPr>
                <w:sz w:val="15"/>
              </w:rPr>
              <w:t>10 grupė</w:t>
            </w:r>
          </w:p>
        </w:tc>
        <w:tc>
          <w:tcPr>
            <w:tcW w:w="3969" w:type="dxa"/>
            <w:vAlign w:val="center"/>
          </w:tcPr>
          <w:p w14:paraId="49B1059D" w14:textId="77777777" w:rsidR="00614D58" w:rsidRDefault="00CE218A">
            <w:r>
              <w:rPr>
                <w:sz w:val="15"/>
              </w:rPr>
              <w:t>Šešt. 14:15–16:30</w:t>
            </w:r>
          </w:p>
        </w:tc>
        <w:tc>
          <w:tcPr>
            <w:tcW w:w="2268" w:type="dxa"/>
            <w:vAlign w:val="center"/>
          </w:tcPr>
          <w:p w14:paraId="27313C5E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26E59DF1" w14:textId="77777777" w:rsidR="00614D58" w:rsidRDefault="00CE218A">
            <w:r>
              <w:rPr>
                <w:sz w:val="15"/>
              </w:rPr>
              <w:t>Inga Kibildienė</w:t>
            </w:r>
          </w:p>
        </w:tc>
      </w:tr>
      <w:tr w:rsidR="00614D58" w14:paraId="630A1E32" w14:textId="77777777">
        <w:trPr>
          <w:jc w:val="center"/>
        </w:trPr>
        <w:tc>
          <w:tcPr>
            <w:tcW w:w="1701" w:type="dxa"/>
            <w:vAlign w:val="center"/>
          </w:tcPr>
          <w:p w14:paraId="7276115C" w14:textId="77777777" w:rsidR="00614D58" w:rsidRDefault="00CE218A">
            <w:r>
              <w:rPr>
                <w:sz w:val="15"/>
              </w:rPr>
              <w:t>FŠPU PAGRINDINIS</w:t>
            </w:r>
          </w:p>
        </w:tc>
        <w:tc>
          <w:tcPr>
            <w:tcW w:w="1701" w:type="dxa"/>
            <w:vAlign w:val="center"/>
          </w:tcPr>
          <w:p w14:paraId="3684EE3C" w14:textId="77777777" w:rsidR="00614D58" w:rsidRDefault="00CE218A">
            <w:r>
              <w:rPr>
                <w:sz w:val="15"/>
              </w:rPr>
              <w:t>11–12 grupė</w:t>
            </w:r>
          </w:p>
        </w:tc>
        <w:tc>
          <w:tcPr>
            <w:tcW w:w="3969" w:type="dxa"/>
            <w:vAlign w:val="center"/>
          </w:tcPr>
          <w:p w14:paraId="24B4385C" w14:textId="77777777" w:rsidR="00614D58" w:rsidRDefault="00CE218A">
            <w:r>
              <w:rPr>
                <w:sz w:val="15"/>
              </w:rPr>
              <w:t>Pr. 15:00–17:15; Treč. 15:00–17:15; Penkt. 15:00–17:15; Šešt. 11:00–12:30</w:t>
            </w:r>
          </w:p>
        </w:tc>
        <w:tc>
          <w:tcPr>
            <w:tcW w:w="2268" w:type="dxa"/>
            <w:vAlign w:val="center"/>
          </w:tcPr>
          <w:p w14:paraId="30E2DC9E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0A365FE9" w14:textId="77777777" w:rsidR="00614D58" w:rsidRDefault="00CE218A">
            <w:r>
              <w:rPr>
                <w:sz w:val="15"/>
              </w:rPr>
              <w:t>Olga Tamašauskienė, Inga Tamašauskaitė</w:t>
            </w:r>
          </w:p>
        </w:tc>
      </w:tr>
      <w:tr w:rsidR="00614D58" w14:paraId="3BAB2E40" w14:textId="77777777">
        <w:trPr>
          <w:jc w:val="center"/>
        </w:trPr>
        <w:tc>
          <w:tcPr>
            <w:tcW w:w="1701" w:type="dxa"/>
            <w:vAlign w:val="center"/>
          </w:tcPr>
          <w:p w14:paraId="163558FB" w14:textId="77777777" w:rsidR="00614D58" w:rsidRDefault="00CE218A">
            <w:r>
              <w:rPr>
                <w:sz w:val="15"/>
              </w:rPr>
              <w:t>FŠPU PAGRINDINIS</w:t>
            </w:r>
          </w:p>
        </w:tc>
        <w:tc>
          <w:tcPr>
            <w:tcW w:w="1701" w:type="dxa"/>
            <w:vAlign w:val="center"/>
          </w:tcPr>
          <w:p w14:paraId="17A34F7B" w14:textId="77777777" w:rsidR="00614D58" w:rsidRDefault="00CE218A">
            <w:r>
              <w:rPr>
                <w:sz w:val="15"/>
              </w:rPr>
              <w:t>13 grupė</w:t>
            </w:r>
          </w:p>
        </w:tc>
        <w:tc>
          <w:tcPr>
            <w:tcW w:w="3969" w:type="dxa"/>
            <w:vAlign w:val="center"/>
          </w:tcPr>
          <w:p w14:paraId="6F2CE14C" w14:textId="77777777" w:rsidR="00614D58" w:rsidRDefault="00CE218A">
            <w:r>
              <w:rPr>
                <w:sz w:val="15"/>
              </w:rPr>
              <w:t>Pr. 16:30–18:45; Treč. 16:30–18:45; Penkt. 17:00–20:15; Šešt. 12:00–13:30</w:t>
            </w:r>
          </w:p>
        </w:tc>
        <w:tc>
          <w:tcPr>
            <w:tcW w:w="2268" w:type="dxa"/>
            <w:vAlign w:val="center"/>
          </w:tcPr>
          <w:p w14:paraId="27CC029E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588D315A" w14:textId="77777777" w:rsidR="00614D58" w:rsidRDefault="00CE218A">
            <w:r>
              <w:rPr>
                <w:sz w:val="15"/>
              </w:rPr>
              <w:t>Olga Tamašauskienė, Inga Tamašauskaitė</w:t>
            </w:r>
          </w:p>
        </w:tc>
      </w:tr>
      <w:tr w:rsidR="00614D58" w14:paraId="6F2D26C9" w14:textId="77777777">
        <w:trPr>
          <w:jc w:val="center"/>
        </w:trPr>
        <w:tc>
          <w:tcPr>
            <w:tcW w:w="1701" w:type="dxa"/>
            <w:vAlign w:val="center"/>
          </w:tcPr>
          <w:p w14:paraId="311A1DF3" w14:textId="77777777" w:rsidR="00614D58" w:rsidRDefault="00CE218A">
            <w:r>
              <w:rPr>
                <w:sz w:val="15"/>
              </w:rPr>
              <w:t>FŠPU PAGRINDINIS</w:t>
            </w:r>
          </w:p>
        </w:tc>
        <w:tc>
          <w:tcPr>
            <w:tcW w:w="1701" w:type="dxa"/>
            <w:vAlign w:val="center"/>
          </w:tcPr>
          <w:p w14:paraId="51FBBECE" w14:textId="77777777" w:rsidR="00614D58" w:rsidRDefault="00CE218A">
            <w:r>
              <w:rPr>
                <w:sz w:val="15"/>
              </w:rPr>
              <w:t>Šokio istorija</w:t>
            </w:r>
          </w:p>
        </w:tc>
        <w:tc>
          <w:tcPr>
            <w:tcW w:w="3969" w:type="dxa"/>
            <w:vAlign w:val="center"/>
          </w:tcPr>
          <w:p w14:paraId="41D3C246" w14:textId="77777777" w:rsidR="00614D58" w:rsidRDefault="00CE218A">
            <w:r>
              <w:rPr>
                <w:sz w:val="15"/>
              </w:rPr>
              <w:t>Antr. 19:45–20:30; Ketv. 19:45–20:30</w:t>
            </w:r>
          </w:p>
        </w:tc>
        <w:tc>
          <w:tcPr>
            <w:tcW w:w="2268" w:type="dxa"/>
            <w:vAlign w:val="center"/>
          </w:tcPr>
          <w:p w14:paraId="73D0BE4F" w14:textId="77777777" w:rsidR="00614D58" w:rsidRDefault="00CE218A">
            <w:r>
              <w:rPr>
                <w:sz w:val="15"/>
              </w:rPr>
              <w:t>Nuotolinis</w:t>
            </w:r>
          </w:p>
        </w:tc>
        <w:tc>
          <w:tcPr>
            <w:tcW w:w="2381" w:type="dxa"/>
            <w:vAlign w:val="center"/>
          </w:tcPr>
          <w:p w14:paraId="2A21D676" w14:textId="77777777" w:rsidR="00614D58" w:rsidRDefault="00CE218A">
            <w:r>
              <w:rPr>
                <w:sz w:val="15"/>
              </w:rPr>
              <w:t>Inga Tamašauskaitė</w:t>
            </w:r>
          </w:p>
        </w:tc>
      </w:tr>
      <w:tr w:rsidR="00614D58" w14:paraId="78333E1F" w14:textId="77777777">
        <w:trPr>
          <w:jc w:val="center"/>
        </w:trPr>
        <w:tc>
          <w:tcPr>
            <w:tcW w:w="1701" w:type="dxa"/>
            <w:vAlign w:val="center"/>
          </w:tcPr>
          <w:p w14:paraId="3235D685" w14:textId="77777777" w:rsidR="00614D58" w:rsidRDefault="00CE218A">
            <w:r>
              <w:rPr>
                <w:sz w:val="15"/>
              </w:rPr>
              <w:t>FŠPU IŠPLĖSTINIS</w:t>
            </w:r>
          </w:p>
        </w:tc>
        <w:tc>
          <w:tcPr>
            <w:tcW w:w="1701" w:type="dxa"/>
            <w:vAlign w:val="center"/>
          </w:tcPr>
          <w:p w14:paraId="56737C90" w14:textId="77777777" w:rsidR="00614D58" w:rsidRDefault="00CE218A">
            <w:r>
              <w:rPr>
                <w:sz w:val="15"/>
              </w:rPr>
              <w:t>14 grupė</w:t>
            </w:r>
          </w:p>
        </w:tc>
        <w:tc>
          <w:tcPr>
            <w:tcW w:w="3969" w:type="dxa"/>
            <w:vAlign w:val="center"/>
          </w:tcPr>
          <w:p w14:paraId="277E8EC2" w14:textId="77777777" w:rsidR="00614D58" w:rsidRDefault="00CE218A">
            <w:r>
              <w:rPr>
                <w:sz w:val="15"/>
              </w:rPr>
              <w:t>Pr. 18:15–20:00; Antr. 16:30–18:30; Ketv. 16:30–18:30</w:t>
            </w:r>
          </w:p>
        </w:tc>
        <w:tc>
          <w:tcPr>
            <w:tcW w:w="2268" w:type="dxa"/>
            <w:vAlign w:val="center"/>
          </w:tcPr>
          <w:p w14:paraId="3D377847" w14:textId="77777777" w:rsidR="00614D58" w:rsidRDefault="00CE218A">
            <w:r>
              <w:rPr>
                <w:sz w:val="15"/>
              </w:rPr>
              <w:t>Švitrigailos g. 6</w:t>
            </w:r>
          </w:p>
        </w:tc>
        <w:tc>
          <w:tcPr>
            <w:tcW w:w="2381" w:type="dxa"/>
            <w:vAlign w:val="center"/>
          </w:tcPr>
          <w:p w14:paraId="140E006E" w14:textId="77777777" w:rsidR="00614D58" w:rsidRDefault="00CE218A">
            <w:r>
              <w:rPr>
                <w:sz w:val="15"/>
              </w:rPr>
              <w:t>Inga Kibildienė</w:t>
            </w:r>
          </w:p>
        </w:tc>
      </w:tr>
      <w:tr w:rsidR="00614D58" w14:paraId="3124938E" w14:textId="77777777">
        <w:trPr>
          <w:jc w:val="center"/>
        </w:trPr>
        <w:tc>
          <w:tcPr>
            <w:tcW w:w="1701" w:type="dxa"/>
            <w:vAlign w:val="center"/>
          </w:tcPr>
          <w:p w14:paraId="60E31403" w14:textId="77777777" w:rsidR="00614D58" w:rsidRDefault="00CE218A">
            <w:r>
              <w:rPr>
                <w:sz w:val="15"/>
              </w:rPr>
              <w:t>FŠPU IŠPLĖSTINIS</w:t>
            </w:r>
          </w:p>
        </w:tc>
        <w:tc>
          <w:tcPr>
            <w:tcW w:w="1701" w:type="dxa"/>
            <w:vAlign w:val="center"/>
          </w:tcPr>
          <w:p w14:paraId="02838E89" w14:textId="77777777" w:rsidR="00614D58" w:rsidRDefault="00CE218A">
            <w:r>
              <w:rPr>
                <w:sz w:val="15"/>
              </w:rPr>
              <w:t>14 grupė</w:t>
            </w:r>
          </w:p>
        </w:tc>
        <w:tc>
          <w:tcPr>
            <w:tcW w:w="3969" w:type="dxa"/>
            <w:vAlign w:val="center"/>
          </w:tcPr>
          <w:p w14:paraId="0BFFD046" w14:textId="77777777" w:rsidR="00614D58" w:rsidRDefault="00CE218A">
            <w:r>
              <w:rPr>
                <w:sz w:val="15"/>
              </w:rPr>
              <w:t>Šešt. 14:15–16:30</w:t>
            </w:r>
          </w:p>
        </w:tc>
        <w:tc>
          <w:tcPr>
            <w:tcW w:w="2268" w:type="dxa"/>
            <w:vAlign w:val="center"/>
          </w:tcPr>
          <w:p w14:paraId="6FE5D13D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5E9910C1" w14:textId="77777777" w:rsidR="00614D58" w:rsidRDefault="00CE218A">
            <w:r>
              <w:rPr>
                <w:sz w:val="15"/>
              </w:rPr>
              <w:t>Inga Kibildienė</w:t>
            </w:r>
          </w:p>
        </w:tc>
      </w:tr>
      <w:tr w:rsidR="00614D58" w14:paraId="276AC801" w14:textId="77777777">
        <w:trPr>
          <w:jc w:val="center"/>
        </w:trPr>
        <w:tc>
          <w:tcPr>
            <w:tcW w:w="1701" w:type="dxa"/>
            <w:vAlign w:val="center"/>
          </w:tcPr>
          <w:p w14:paraId="633D8773" w14:textId="77777777" w:rsidR="00614D58" w:rsidRDefault="00CE218A">
            <w:r>
              <w:rPr>
                <w:sz w:val="15"/>
              </w:rPr>
              <w:t>FŠPU IŠPLĖSTINIS</w:t>
            </w:r>
          </w:p>
        </w:tc>
        <w:tc>
          <w:tcPr>
            <w:tcW w:w="1701" w:type="dxa"/>
            <w:vAlign w:val="center"/>
          </w:tcPr>
          <w:p w14:paraId="4A8230F3" w14:textId="77777777" w:rsidR="00614D58" w:rsidRDefault="00CE218A">
            <w:r>
              <w:rPr>
                <w:sz w:val="15"/>
              </w:rPr>
              <w:t>15 grupė</w:t>
            </w:r>
          </w:p>
        </w:tc>
        <w:tc>
          <w:tcPr>
            <w:tcW w:w="3969" w:type="dxa"/>
            <w:vAlign w:val="center"/>
          </w:tcPr>
          <w:p w14:paraId="7F9CC2E0" w14:textId="77777777" w:rsidR="00614D58" w:rsidRDefault="00CE218A">
            <w:r>
              <w:rPr>
                <w:sz w:val="15"/>
              </w:rPr>
              <w:t>Pr. 16:30–18:45; Treč. 16:30–18:45; Penkt. 17:00–20:15; Šešt. 12:00–13:30</w:t>
            </w:r>
          </w:p>
        </w:tc>
        <w:tc>
          <w:tcPr>
            <w:tcW w:w="2268" w:type="dxa"/>
            <w:vAlign w:val="center"/>
          </w:tcPr>
          <w:p w14:paraId="3BECFB18" w14:textId="77777777" w:rsidR="00614D58" w:rsidRDefault="00CE218A">
            <w:r>
              <w:rPr>
                <w:sz w:val="15"/>
              </w:rPr>
              <w:t>Vilniaus g. 39</w:t>
            </w:r>
          </w:p>
        </w:tc>
        <w:tc>
          <w:tcPr>
            <w:tcW w:w="2381" w:type="dxa"/>
            <w:vAlign w:val="center"/>
          </w:tcPr>
          <w:p w14:paraId="0D699AF8" w14:textId="77777777" w:rsidR="00614D58" w:rsidRDefault="00CE218A">
            <w:r>
              <w:rPr>
                <w:sz w:val="15"/>
              </w:rPr>
              <w:t>Olga Tamašauskienė, Inga Tamašauskaitė</w:t>
            </w:r>
          </w:p>
        </w:tc>
      </w:tr>
    </w:tbl>
    <w:p w14:paraId="468792C6" w14:textId="77777777" w:rsidR="00614D58" w:rsidRDefault="00614D58"/>
    <w:p w14:paraId="5A16898C" w14:textId="77777777" w:rsidR="00614D58" w:rsidRDefault="00CE218A">
      <w:r>
        <w:rPr>
          <w:b/>
        </w:rPr>
        <w:t xml:space="preserve">Sutrumpinimai: </w:t>
      </w:r>
      <w:r>
        <w:t>Pr. – pirmadienis; Antr. – antradienis; Treč. – trečiadienis; Ketv. – ketvirtadienis; Penkt. – penktadienis; Šešt. – šeštadienis.</w:t>
      </w:r>
    </w:p>
    <w:sectPr w:rsidR="00614D58" w:rsidSect="00034616">
      <w:pgSz w:w="12240" w:h="15840"/>
      <w:pgMar w:top="567" w:right="397" w:bottom="567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8616947">
    <w:abstractNumId w:val="8"/>
  </w:num>
  <w:num w:numId="2" w16cid:durableId="1202208536">
    <w:abstractNumId w:val="6"/>
  </w:num>
  <w:num w:numId="3" w16cid:durableId="379525072">
    <w:abstractNumId w:val="5"/>
  </w:num>
  <w:num w:numId="4" w16cid:durableId="144785378">
    <w:abstractNumId w:val="4"/>
  </w:num>
  <w:num w:numId="5" w16cid:durableId="1948657933">
    <w:abstractNumId w:val="7"/>
  </w:num>
  <w:num w:numId="6" w16cid:durableId="1558933599">
    <w:abstractNumId w:val="3"/>
  </w:num>
  <w:num w:numId="7" w16cid:durableId="1778062425">
    <w:abstractNumId w:val="2"/>
  </w:num>
  <w:num w:numId="8" w16cid:durableId="1666783626">
    <w:abstractNumId w:val="1"/>
  </w:num>
  <w:num w:numId="9" w16cid:durableId="154582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14D58"/>
    <w:rsid w:val="00936112"/>
    <w:rsid w:val="00AA1D8D"/>
    <w:rsid w:val="00B47730"/>
    <w:rsid w:val="00CB0664"/>
    <w:rsid w:val="00CE218A"/>
    <w:rsid w:val="00D535BE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75D5BE"/>
  <w15:docId w15:val="{F54E41F1-07DE-4CCF-9706-DC5D8972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rPr>
      <w:rFonts w:ascii="Arial" w:hAnsi="Arial"/>
      <w:sz w:val="16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Aistė Užkuraitienė</cp:lastModifiedBy>
  <cp:revision>2</cp:revision>
  <dcterms:created xsi:type="dcterms:W3CDTF">2026-09-08T10:13:00Z</dcterms:created>
  <dcterms:modified xsi:type="dcterms:W3CDTF">2026-09-08T10:13:00Z</dcterms:modified>
</cp:coreProperties>
</file>